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1F4F7" w14:textId="77777777" w:rsidR="00A60B00" w:rsidRDefault="00DD7DF7" w:rsidP="00A87A2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D7DF7">
        <w:rPr>
          <w:rFonts w:ascii="Arial" w:hAnsi="Arial" w:cs="Arial"/>
          <w:b/>
          <w:bCs/>
          <w:sz w:val="32"/>
          <w:szCs w:val="32"/>
        </w:rPr>
        <w:t>ZLECENIE</w:t>
      </w:r>
      <w:r w:rsidR="0009236E">
        <w:rPr>
          <w:rFonts w:ascii="Arial" w:hAnsi="Arial" w:cs="Arial"/>
          <w:b/>
          <w:bCs/>
          <w:sz w:val="32"/>
          <w:szCs w:val="32"/>
        </w:rPr>
        <w:t xml:space="preserve"> </w:t>
      </w:r>
      <w:r w:rsidR="00A60B00">
        <w:rPr>
          <w:rFonts w:ascii="Arial" w:hAnsi="Arial" w:cs="Arial"/>
          <w:b/>
          <w:bCs/>
          <w:sz w:val="32"/>
          <w:szCs w:val="32"/>
        </w:rPr>
        <w:t xml:space="preserve">PRZEGLĄDU TECHNICZNEGO INSTALACJI </w:t>
      </w:r>
    </w:p>
    <w:p w14:paraId="51283850" w14:textId="56CF8E62" w:rsidR="000F1F20" w:rsidRPr="00A87A2F" w:rsidRDefault="00A60B00" w:rsidP="00A60B00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C.O. i C.W.U.</w:t>
      </w:r>
    </w:p>
    <w:p w14:paraId="02A955F4" w14:textId="14B7D827" w:rsidR="00DD7DF7" w:rsidRPr="007C0AB1" w:rsidRDefault="008F5584" w:rsidP="00E211A8">
      <w:pPr>
        <w:rPr>
          <w:rFonts w:ascii="Arial" w:hAnsi="Arial" w:cs="Arial"/>
          <w:sz w:val="24"/>
          <w:szCs w:val="24"/>
        </w:rPr>
      </w:pPr>
      <w:r w:rsidRPr="0CA726C0">
        <w:rPr>
          <w:rFonts w:ascii="Arial" w:hAnsi="Arial" w:cs="Arial"/>
          <w:sz w:val="24"/>
          <w:szCs w:val="24"/>
        </w:rPr>
        <w:t>Z</w:t>
      </w:r>
      <w:r w:rsidR="0085138F" w:rsidRPr="0CA726C0">
        <w:rPr>
          <w:rFonts w:ascii="Arial" w:hAnsi="Arial" w:cs="Arial"/>
          <w:sz w:val="24"/>
          <w:szCs w:val="24"/>
        </w:rPr>
        <w:t>lecenie nr</w:t>
      </w:r>
      <w:r w:rsidR="3C801BF3" w:rsidRPr="0CA726C0">
        <w:rPr>
          <w:rFonts w:ascii="Arial" w:eastAsia="Arial" w:hAnsi="Arial" w:cs="Arial"/>
          <w:color w:val="000000" w:themeColor="text1"/>
          <w:sz w:val="24"/>
          <w:szCs w:val="24"/>
        </w:rPr>
        <w:t xml:space="preserve"> 202</w:t>
      </w:r>
      <w:r w:rsidR="00A27B75">
        <w:rPr>
          <w:rFonts w:ascii="Arial" w:eastAsia="Arial" w:hAnsi="Arial" w:cs="Arial"/>
          <w:color w:val="000000" w:themeColor="text1"/>
          <w:sz w:val="24"/>
          <w:szCs w:val="24"/>
        </w:rPr>
        <w:t>6</w:t>
      </w:r>
      <w:r w:rsidR="3C801BF3" w:rsidRPr="0CA726C0">
        <w:rPr>
          <w:rFonts w:ascii="Arial" w:eastAsia="Arial" w:hAnsi="Arial" w:cs="Arial"/>
          <w:color w:val="000000" w:themeColor="text1"/>
          <w:sz w:val="24"/>
          <w:szCs w:val="24"/>
        </w:rPr>
        <w:t>/…..…../</w:t>
      </w:r>
      <w:r w:rsidR="00760984">
        <w:rPr>
          <w:rFonts w:ascii="Arial" w:eastAsia="Arial" w:hAnsi="Arial" w:cs="Arial"/>
          <w:color w:val="000000" w:themeColor="text1"/>
          <w:sz w:val="24"/>
          <w:szCs w:val="24"/>
        </w:rPr>
        <w:t>Z</w:t>
      </w:r>
      <w:r w:rsidR="007C0E99" w:rsidRPr="0CA726C0">
        <w:rPr>
          <w:rFonts w:ascii="Arial" w:hAnsi="Arial" w:cs="Arial"/>
          <w:sz w:val="24"/>
          <w:szCs w:val="24"/>
        </w:rPr>
        <w:t>,</w:t>
      </w:r>
      <w:r w:rsidR="0085138F" w:rsidRPr="0CA726C0">
        <w:rPr>
          <w:rFonts w:ascii="Arial" w:hAnsi="Arial" w:cs="Arial"/>
          <w:sz w:val="24"/>
          <w:szCs w:val="24"/>
        </w:rPr>
        <w:t xml:space="preserve"> z</w:t>
      </w:r>
      <w:r w:rsidRPr="0CA726C0">
        <w:rPr>
          <w:rFonts w:ascii="Arial" w:hAnsi="Arial" w:cs="Arial"/>
          <w:sz w:val="24"/>
          <w:szCs w:val="24"/>
        </w:rPr>
        <w:t xml:space="preserve">awarte w dniu: </w:t>
      </w:r>
      <w:r w:rsidR="00541189" w:rsidRPr="0CA726C0">
        <w:rPr>
          <w:rFonts w:ascii="Arial" w:hAnsi="Arial" w:cs="Arial"/>
          <w:sz w:val="24"/>
          <w:szCs w:val="24"/>
        </w:rPr>
        <w:t>…………</w:t>
      </w:r>
      <w:r w:rsidR="00172273" w:rsidRPr="0CA726C0">
        <w:rPr>
          <w:rFonts w:ascii="Arial" w:hAnsi="Arial" w:cs="Arial"/>
          <w:sz w:val="24"/>
          <w:szCs w:val="24"/>
        </w:rPr>
        <w:t>……</w:t>
      </w:r>
      <w:r w:rsidR="00541189" w:rsidRPr="0CA726C0">
        <w:rPr>
          <w:rFonts w:ascii="Arial" w:hAnsi="Arial" w:cs="Arial"/>
          <w:sz w:val="24"/>
          <w:szCs w:val="24"/>
        </w:rPr>
        <w:t>…</w:t>
      </w:r>
      <w:r w:rsidR="00EE1781" w:rsidRPr="0CA726C0">
        <w:rPr>
          <w:rFonts w:ascii="Arial" w:hAnsi="Arial" w:cs="Arial"/>
          <w:sz w:val="24"/>
          <w:szCs w:val="24"/>
        </w:rPr>
        <w:t>……</w:t>
      </w:r>
      <w:r w:rsidR="00541189" w:rsidRPr="0CA726C0">
        <w:rPr>
          <w:rFonts w:ascii="Arial" w:hAnsi="Arial" w:cs="Arial"/>
          <w:sz w:val="24"/>
          <w:szCs w:val="24"/>
        </w:rPr>
        <w:t xml:space="preserve"> pomiędzy:</w:t>
      </w:r>
    </w:p>
    <w:p w14:paraId="39CC0786" w14:textId="1F7911B7" w:rsidR="001018CE" w:rsidRPr="007C0AB1" w:rsidRDefault="008F5584" w:rsidP="00E211A8">
      <w:pPr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b/>
          <w:bCs/>
          <w:sz w:val="24"/>
          <w:szCs w:val="24"/>
        </w:rPr>
        <w:t>Zlecenio</w:t>
      </w:r>
      <w:r w:rsidR="00541189" w:rsidRPr="007C0AB1">
        <w:rPr>
          <w:rFonts w:ascii="Arial" w:hAnsi="Arial" w:cs="Arial"/>
          <w:b/>
          <w:bCs/>
          <w:sz w:val="24"/>
          <w:szCs w:val="24"/>
        </w:rPr>
        <w:t>biorcą</w:t>
      </w:r>
      <w:r w:rsidR="00541189" w:rsidRPr="007C0AB1">
        <w:rPr>
          <w:rFonts w:ascii="Arial" w:hAnsi="Arial" w:cs="Arial"/>
          <w:sz w:val="24"/>
          <w:szCs w:val="24"/>
        </w:rPr>
        <w:t xml:space="preserve">: </w:t>
      </w:r>
    </w:p>
    <w:p w14:paraId="4AA66F5F" w14:textId="0F1267B5" w:rsidR="00A21803" w:rsidRDefault="007C0E99" w:rsidP="007C0AB1">
      <w:pPr>
        <w:jc w:val="both"/>
        <w:rPr>
          <w:rFonts w:ascii="Arial" w:hAnsi="Arial" w:cs="Arial"/>
          <w:sz w:val="24"/>
          <w:szCs w:val="24"/>
        </w:rPr>
      </w:pPr>
      <w:r w:rsidRPr="2CFF45AF">
        <w:rPr>
          <w:rFonts w:ascii="Arial" w:hAnsi="Arial" w:cs="Arial"/>
          <w:sz w:val="24"/>
          <w:szCs w:val="24"/>
        </w:rPr>
        <w:t xml:space="preserve">OPEC-TERMO </w:t>
      </w:r>
      <w:r w:rsidR="00A21803" w:rsidRPr="2CFF45AF">
        <w:rPr>
          <w:rFonts w:ascii="Arial" w:hAnsi="Arial" w:cs="Arial"/>
          <w:sz w:val="24"/>
          <w:szCs w:val="24"/>
        </w:rPr>
        <w:t>Sp. z o. o., ul. Budowlanych 7, 86-300 Grudziądz, zarejestrowaną w Sądzie Rejonowym w Toruniu VII Wydział Gospodarczy Krajowego Rejestru Sądowego pod numerem</w:t>
      </w:r>
      <w:r w:rsidR="6C01D53F" w:rsidRPr="2CFF45AF">
        <w:rPr>
          <w:rFonts w:ascii="Arial" w:hAnsi="Arial" w:cs="Arial"/>
          <w:sz w:val="24"/>
          <w:szCs w:val="24"/>
        </w:rPr>
        <w:t xml:space="preserve"> </w:t>
      </w:r>
      <w:r w:rsidR="00A21803" w:rsidRPr="2CFF45AF">
        <w:rPr>
          <w:rFonts w:ascii="Arial" w:hAnsi="Arial" w:cs="Arial"/>
          <w:sz w:val="24"/>
          <w:szCs w:val="24"/>
        </w:rPr>
        <w:t xml:space="preserve">KRS </w:t>
      </w:r>
      <w:r w:rsidRPr="2CFF45AF">
        <w:rPr>
          <w:rFonts w:ascii="Arial" w:hAnsi="Arial" w:cs="Arial"/>
          <w:sz w:val="24"/>
          <w:szCs w:val="24"/>
        </w:rPr>
        <w:t>0000394842</w:t>
      </w:r>
      <w:r w:rsidR="00A21803" w:rsidRPr="2CFF45AF">
        <w:rPr>
          <w:rFonts w:ascii="Arial" w:hAnsi="Arial" w:cs="Arial"/>
          <w:sz w:val="24"/>
          <w:szCs w:val="24"/>
        </w:rPr>
        <w:t xml:space="preserve">, NIP </w:t>
      </w:r>
      <w:r w:rsidRPr="2CFF45AF">
        <w:rPr>
          <w:rFonts w:ascii="Arial" w:hAnsi="Arial" w:cs="Arial"/>
          <w:sz w:val="24"/>
          <w:szCs w:val="24"/>
        </w:rPr>
        <w:t>8762456197</w:t>
      </w:r>
      <w:r w:rsidR="00A21803" w:rsidRPr="2CFF45AF">
        <w:rPr>
          <w:rFonts w:ascii="Arial" w:hAnsi="Arial" w:cs="Arial"/>
          <w:sz w:val="24"/>
          <w:szCs w:val="24"/>
        </w:rPr>
        <w:t xml:space="preserve">, REGON </w:t>
      </w:r>
      <w:r w:rsidRPr="2CFF45AF">
        <w:rPr>
          <w:rFonts w:ascii="Arial" w:hAnsi="Arial" w:cs="Arial"/>
          <w:sz w:val="24"/>
          <w:szCs w:val="24"/>
        </w:rPr>
        <w:t>341137077</w:t>
      </w:r>
      <w:r w:rsidR="00A21803" w:rsidRPr="2CFF45AF">
        <w:rPr>
          <w:rFonts w:ascii="Arial" w:hAnsi="Arial" w:cs="Arial"/>
          <w:sz w:val="24"/>
          <w:szCs w:val="24"/>
        </w:rPr>
        <w:t xml:space="preserve"> </w:t>
      </w:r>
    </w:p>
    <w:p w14:paraId="42418E86" w14:textId="77777777" w:rsidR="00A21803" w:rsidRPr="007C0AB1" w:rsidRDefault="008F5584" w:rsidP="00A21803">
      <w:pPr>
        <w:rPr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a</w:t>
      </w:r>
      <w:r w:rsidR="00DD7DF7" w:rsidRPr="007C0AB1">
        <w:rPr>
          <w:sz w:val="24"/>
          <w:szCs w:val="24"/>
        </w:rPr>
        <w:t xml:space="preserve"> </w:t>
      </w:r>
    </w:p>
    <w:p w14:paraId="14E95B25" w14:textId="20F3C10B" w:rsidR="001018CE" w:rsidRPr="007C0AB1" w:rsidRDefault="001018CE" w:rsidP="00A21803">
      <w:pPr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b/>
          <w:bCs/>
          <w:sz w:val="24"/>
          <w:szCs w:val="24"/>
        </w:rPr>
        <w:t>Zleceniodawcą</w:t>
      </w:r>
      <w:r w:rsidRPr="007C0AB1">
        <w:rPr>
          <w:rFonts w:ascii="Arial" w:hAnsi="Arial" w:cs="Arial"/>
          <w:sz w:val="24"/>
          <w:szCs w:val="24"/>
        </w:rPr>
        <w:t xml:space="preserve"> (dane do wystawienia faktury):</w:t>
      </w:r>
    </w:p>
    <w:p w14:paraId="0B0C098D" w14:textId="2CAB54A3" w:rsidR="001018CE" w:rsidRPr="007C0AB1" w:rsidRDefault="001018C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Nazwa Firmy, NIP</w:t>
      </w:r>
      <w:r w:rsidR="00DD7DF7" w:rsidRPr="007C0AB1">
        <w:rPr>
          <w:rFonts w:ascii="Arial" w:hAnsi="Arial" w:cs="Arial"/>
          <w:sz w:val="24"/>
          <w:szCs w:val="24"/>
        </w:rPr>
        <w:t xml:space="preserve"> / Imię i nazwisko</w:t>
      </w:r>
      <w:r w:rsidRPr="007C0AB1">
        <w:rPr>
          <w:rFonts w:ascii="Arial" w:hAnsi="Arial" w:cs="Arial"/>
          <w:sz w:val="24"/>
          <w:szCs w:val="24"/>
        </w:rPr>
        <w:t xml:space="preserve">: </w:t>
      </w:r>
    </w:p>
    <w:p w14:paraId="41274387" w14:textId="13E2650E" w:rsidR="001018CE" w:rsidRPr="007C0AB1" w:rsidRDefault="001018C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 w:rsidR="007C0AB1">
        <w:rPr>
          <w:rFonts w:ascii="Arial" w:hAnsi="Arial" w:cs="Arial"/>
          <w:sz w:val="24"/>
          <w:szCs w:val="24"/>
        </w:rPr>
        <w:t>…...</w:t>
      </w:r>
    </w:p>
    <w:p w14:paraId="418E360E" w14:textId="77777777" w:rsidR="007C0AB1" w:rsidRPr="007C0AB1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47A6DD75" w14:textId="77777777" w:rsidR="001018CE" w:rsidRPr="007C0AB1" w:rsidRDefault="001018C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Adres:</w:t>
      </w:r>
    </w:p>
    <w:p w14:paraId="07BC8E02" w14:textId="77777777" w:rsidR="007C0AB1" w:rsidRPr="007C0AB1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67A08AD0" w14:textId="77777777" w:rsidR="007C0AB1" w:rsidRPr="007C0AB1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021BDBEB" w14:textId="77777777" w:rsidR="001018CE" w:rsidRPr="007C0AB1" w:rsidRDefault="001018C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Imię i Nazwisko osoby do kontaktu w sprawie zlecenia, nr. telefonu, e-mail:</w:t>
      </w:r>
    </w:p>
    <w:p w14:paraId="14FA2E39" w14:textId="77777777" w:rsidR="007C0AB1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2EF47CCC" w14:textId="4EF708BA" w:rsidR="00DD7DF7" w:rsidRPr="007C0AB1" w:rsidRDefault="0045309C" w:rsidP="00CF7B60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71C79D33" w14:textId="4A6F9CFC" w:rsidR="00DD7DF7" w:rsidRPr="007C0AB1" w:rsidRDefault="0034070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34070E">
        <w:rPr>
          <w:rFonts w:ascii="Arial" w:hAnsi="Arial" w:cs="Arial"/>
          <w:sz w:val="24"/>
          <w:szCs w:val="24"/>
        </w:rPr>
        <w:t>Adres lokalizacji</w:t>
      </w:r>
      <w:r w:rsidR="008F5584" w:rsidRPr="007C0AB1">
        <w:rPr>
          <w:rFonts w:ascii="Arial" w:hAnsi="Arial" w:cs="Arial"/>
          <w:sz w:val="24"/>
          <w:szCs w:val="24"/>
        </w:rPr>
        <w:t xml:space="preserve">: </w:t>
      </w:r>
    </w:p>
    <w:p w14:paraId="773EAFD6" w14:textId="301BBB07" w:rsidR="00A87A2F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77EDE5C2" w14:textId="71F280B0" w:rsidR="00DD7DF7" w:rsidRPr="007C0AB1" w:rsidRDefault="0034070E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34070E">
        <w:rPr>
          <w:rFonts w:ascii="Arial" w:hAnsi="Arial" w:cs="Arial"/>
          <w:sz w:val="24"/>
          <w:szCs w:val="24"/>
        </w:rPr>
        <w:t>Rok budowy / modernizacji</w:t>
      </w:r>
      <w:r w:rsidR="00CF7B60">
        <w:rPr>
          <w:rFonts w:ascii="Arial" w:hAnsi="Arial" w:cs="Arial"/>
          <w:sz w:val="24"/>
          <w:szCs w:val="24"/>
        </w:rPr>
        <w:t xml:space="preserve"> węzła</w:t>
      </w:r>
      <w:r w:rsidR="008F5584" w:rsidRPr="007C0AB1">
        <w:rPr>
          <w:rFonts w:ascii="Arial" w:hAnsi="Arial" w:cs="Arial"/>
          <w:sz w:val="24"/>
          <w:szCs w:val="24"/>
        </w:rPr>
        <w:t>:</w:t>
      </w:r>
    </w:p>
    <w:p w14:paraId="67305895" w14:textId="32E2D130" w:rsidR="00245644" w:rsidRPr="007C0AB1" w:rsidRDefault="007C0AB1" w:rsidP="0045309C">
      <w:pPr>
        <w:spacing w:line="240" w:lineRule="auto"/>
        <w:rPr>
          <w:rFonts w:ascii="Arial" w:hAnsi="Arial" w:cs="Arial"/>
          <w:sz w:val="24"/>
          <w:szCs w:val="24"/>
        </w:rPr>
      </w:pPr>
      <w:r w:rsidRPr="007C0A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…...</w:t>
      </w:r>
    </w:p>
    <w:p w14:paraId="03122567" w14:textId="3F8EFDB6" w:rsidR="007D514B" w:rsidRPr="00CF7B60" w:rsidRDefault="007D514B" w:rsidP="00CF7B60">
      <w:pPr>
        <w:rPr>
          <w:rFonts w:ascii="Arial" w:hAnsi="Arial" w:cs="Arial"/>
          <w:b/>
          <w:bCs/>
          <w:sz w:val="24"/>
          <w:szCs w:val="24"/>
        </w:rPr>
      </w:pPr>
    </w:p>
    <w:p w14:paraId="0861D8D9" w14:textId="1B071A2B" w:rsidR="00A21803" w:rsidRPr="007C0AB1" w:rsidRDefault="00A21803" w:rsidP="00A21803">
      <w:pPr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2180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2180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7C0AB1">
        <w:rPr>
          <w:rFonts w:ascii="Arial" w:eastAsia="Times New Roman" w:hAnsi="Arial" w:cs="Arial"/>
          <w:b/>
          <w:sz w:val="24"/>
          <w:szCs w:val="24"/>
          <w:lang w:eastAsia="ar-SA"/>
        </w:rPr>
        <w:t>ZLECENIODAWCA</w:t>
      </w:r>
      <w:r w:rsidRPr="00A2180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="00CF7B60">
        <w:rPr>
          <w:rFonts w:ascii="Arial" w:eastAsia="Times New Roman" w:hAnsi="Arial" w:cs="Arial"/>
          <w:b/>
          <w:sz w:val="24"/>
          <w:szCs w:val="24"/>
          <w:lang w:eastAsia="ar-SA"/>
        </w:rPr>
        <w:br/>
      </w:r>
      <w:r w:rsidR="00CF7B60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="00CF7B60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="00CF7B60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="00CF7B60" w:rsidRPr="00CF7B60">
        <w:rPr>
          <w:rFonts w:ascii="Arial" w:eastAsia="Times New Roman" w:hAnsi="Arial" w:cs="Arial"/>
          <w:bCs/>
          <w:sz w:val="16"/>
          <w:szCs w:val="16"/>
          <w:lang w:eastAsia="ar-SA"/>
        </w:rPr>
        <w:t>(podpis)</w:t>
      </w:r>
      <w:r w:rsidRPr="00CF7B60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A2180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A2180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</w:p>
    <w:sectPr w:rsidR="00A21803" w:rsidRPr="007C0AB1" w:rsidSect="0045309C">
      <w:pgSz w:w="12240" w:h="15840"/>
      <w:pgMar w:top="567" w:right="900" w:bottom="284" w:left="1276" w:header="7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05A9E" w14:textId="77777777" w:rsidR="00AB0445" w:rsidRPr="00DD7DF7" w:rsidRDefault="00AB0445">
      <w:pPr>
        <w:spacing w:after="0" w:line="240" w:lineRule="auto"/>
      </w:pPr>
      <w:r w:rsidRPr="00DD7DF7">
        <w:separator/>
      </w:r>
    </w:p>
  </w:endnote>
  <w:endnote w:type="continuationSeparator" w:id="0">
    <w:p w14:paraId="2457BF95" w14:textId="77777777" w:rsidR="00AB0445" w:rsidRPr="00DD7DF7" w:rsidRDefault="00AB0445">
      <w:pPr>
        <w:spacing w:after="0" w:line="240" w:lineRule="auto"/>
      </w:pPr>
      <w:r w:rsidRPr="00DD7D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4752D" w14:textId="77777777" w:rsidR="00AB0445" w:rsidRPr="00DD7DF7" w:rsidRDefault="00AB0445">
      <w:pPr>
        <w:spacing w:after="0" w:line="240" w:lineRule="auto"/>
      </w:pPr>
      <w:r w:rsidRPr="00DD7DF7">
        <w:separator/>
      </w:r>
    </w:p>
  </w:footnote>
  <w:footnote w:type="continuationSeparator" w:id="0">
    <w:p w14:paraId="69072092" w14:textId="77777777" w:rsidR="00AB0445" w:rsidRPr="00DD7DF7" w:rsidRDefault="00AB0445">
      <w:pPr>
        <w:spacing w:after="0" w:line="240" w:lineRule="auto"/>
      </w:pPr>
      <w:r w:rsidRPr="00DD7DF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EA256D7"/>
    <w:multiLevelType w:val="hybridMultilevel"/>
    <w:tmpl w:val="999EC60E"/>
    <w:lvl w:ilvl="0" w:tplc="7F4A977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2973776">
    <w:abstractNumId w:val="8"/>
  </w:num>
  <w:num w:numId="2" w16cid:durableId="1060904431">
    <w:abstractNumId w:val="6"/>
  </w:num>
  <w:num w:numId="3" w16cid:durableId="475076406">
    <w:abstractNumId w:val="5"/>
  </w:num>
  <w:num w:numId="4" w16cid:durableId="504563956">
    <w:abstractNumId w:val="4"/>
  </w:num>
  <w:num w:numId="5" w16cid:durableId="156772456">
    <w:abstractNumId w:val="7"/>
  </w:num>
  <w:num w:numId="6" w16cid:durableId="2144537236">
    <w:abstractNumId w:val="3"/>
  </w:num>
  <w:num w:numId="7" w16cid:durableId="1485583170">
    <w:abstractNumId w:val="2"/>
  </w:num>
  <w:num w:numId="8" w16cid:durableId="1710448055">
    <w:abstractNumId w:val="1"/>
  </w:num>
  <w:num w:numId="9" w16cid:durableId="2080901789">
    <w:abstractNumId w:val="0"/>
  </w:num>
  <w:num w:numId="10" w16cid:durableId="675027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456"/>
    <w:rsid w:val="00050432"/>
    <w:rsid w:val="0006063C"/>
    <w:rsid w:val="00065278"/>
    <w:rsid w:val="00067EC6"/>
    <w:rsid w:val="0009236E"/>
    <w:rsid w:val="000C2DE0"/>
    <w:rsid w:val="000F1F20"/>
    <w:rsid w:val="001018CE"/>
    <w:rsid w:val="00144F13"/>
    <w:rsid w:val="0015074B"/>
    <w:rsid w:val="00154761"/>
    <w:rsid w:val="00172273"/>
    <w:rsid w:val="001E3CEA"/>
    <w:rsid w:val="002212C3"/>
    <w:rsid w:val="00245644"/>
    <w:rsid w:val="0029639D"/>
    <w:rsid w:val="00326F90"/>
    <w:rsid w:val="0034070E"/>
    <w:rsid w:val="0035101E"/>
    <w:rsid w:val="003A3AB1"/>
    <w:rsid w:val="0045309C"/>
    <w:rsid w:val="00480349"/>
    <w:rsid w:val="005250E2"/>
    <w:rsid w:val="00541189"/>
    <w:rsid w:val="005443B9"/>
    <w:rsid w:val="005A1097"/>
    <w:rsid w:val="00615533"/>
    <w:rsid w:val="00647744"/>
    <w:rsid w:val="006B4AFF"/>
    <w:rsid w:val="00716D17"/>
    <w:rsid w:val="00737ADD"/>
    <w:rsid w:val="00760984"/>
    <w:rsid w:val="00780424"/>
    <w:rsid w:val="007C0AB1"/>
    <w:rsid w:val="007C0E99"/>
    <w:rsid w:val="007D514B"/>
    <w:rsid w:val="008063C8"/>
    <w:rsid w:val="0085138F"/>
    <w:rsid w:val="00864E07"/>
    <w:rsid w:val="008979A2"/>
    <w:rsid w:val="008A6150"/>
    <w:rsid w:val="008A777D"/>
    <w:rsid w:val="008B3605"/>
    <w:rsid w:val="008E2D29"/>
    <w:rsid w:val="008F5584"/>
    <w:rsid w:val="009216AC"/>
    <w:rsid w:val="009345FF"/>
    <w:rsid w:val="009927F6"/>
    <w:rsid w:val="00A010A1"/>
    <w:rsid w:val="00A21803"/>
    <w:rsid w:val="00A27B75"/>
    <w:rsid w:val="00A60B00"/>
    <w:rsid w:val="00A64282"/>
    <w:rsid w:val="00A87A2F"/>
    <w:rsid w:val="00AA1D8D"/>
    <w:rsid w:val="00AB0445"/>
    <w:rsid w:val="00AC1769"/>
    <w:rsid w:val="00AC739E"/>
    <w:rsid w:val="00AF6847"/>
    <w:rsid w:val="00B47730"/>
    <w:rsid w:val="00B77F5E"/>
    <w:rsid w:val="00BA0B88"/>
    <w:rsid w:val="00C721DA"/>
    <w:rsid w:val="00CB0664"/>
    <w:rsid w:val="00CD4491"/>
    <w:rsid w:val="00CF7B60"/>
    <w:rsid w:val="00D523F0"/>
    <w:rsid w:val="00DC1D66"/>
    <w:rsid w:val="00DD7DF7"/>
    <w:rsid w:val="00E211A8"/>
    <w:rsid w:val="00EE1781"/>
    <w:rsid w:val="00F028C4"/>
    <w:rsid w:val="00FC693F"/>
    <w:rsid w:val="0CA726C0"/>
    <w:rsid w:val="0DF230AD"/>
    <w:rsid w:val="0F25BF8A"/>
    <w:rsid w:val="1BEFB82D"/>
    <w:rsid w:val="2CFF45AF"/>
    <w:rsid w:val="3C801BF3"/>
    <w:rsid w:val="69B9E1E7"/>
    <w:rsid w:val="6C01D53F"/>
    <w:rsid w:val="7A479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2CE81E"/>
  <w14:defaultImageDpi w14:val="300"/>
  <w15:docId w15:val="{ADA66C94-6A12-47B9-BA6E-E4116CE9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349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44560460B50140A358454910EF005B" ma:contentTypeVersion="11" ma:contentTypeDescription="Utwórz nowy dokument." ma:contentTypeScope="" ma:versionID="cd9393fd224cdfd78f06b102336acee1">
  <xsd:schema xmlns:xsd="http://www.w3.org/2001/XMLSchema" xmlns:xs="http://www.w3.org/2001/XMLSchema" xmlns:p="http://schemas.microsoft.com/office/2006/metadata/properties" xmlns:ns2="e6bc68e7-76d5-4a2a-b343-f41198052bfd" xmlns:ns3="3db42797-14a6-4f5c-91dc-c5b4355782a3" targetNamespace="http://schemas.microsoft.com/office/2006/metadata/properties" ma:root="true" ma:fieldsID="2217010a80a0c0253102d2c5bd1ad596" ns2:_="" ns3:_="">
    <xsd:import namespace="e6bc68e7-76d5-4a2a-b343-f41198052bfd"/>
    <xsd:import namespace="3db42797-14a6-4f5c-91dc-c5b435578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c68e7-76d5-4a2a-b343-f41198052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6c9af18-562b-40e4-81b6-54f233b821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797-14a6-4f5c-91dc-c5b4355782a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f09e834-975a-49bc-9e01-ba07e5d3a946}" ma:internalName="TaxCatchAll" ma:showField="CatchAllData" ma:web="3db42797-14a6-4f5c-91dc-c5b4355782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42797-14a6-4f5c-91dc-c5b4355782a3" xsi:nil="true"/>
    <lcf76f155ced4ddcb4097134ff3c332f xmlns="e6bc68e7-76d5-4a2a-b343-f41198052b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810E39-2049-45DC-80E3-093C5E4B3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c68e7-76d5-4a2a-b343-f41198052bfd"/>
    <ds:schemaRef ds:uri="3db42797-14a6-4f5c-91dc-c5b435578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3B6C2E-8FEB-430A-9DF1-CFB2D13A23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7F3922-818F-4517-A89D-7BBF01A4CC78}">
  <ds:schemaRefs>
    <ds:schemaRef ds:uri="http://schemas.microsoft.com/office/2006/metadata/properties"/>
    <ds:schemaRef ds:uri="http://schemas.microsoft.com/office/infopath/2007/PartnerControls"/>
    <ds:schemaRef ds:uri="3db42797-14a6-4f5c-91dc-c5b4355782a3"/>
    <ds:schemaRef ds:uri="e6bc68e7-76d5-4a2a-b343-f41198052b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98</Words>
  <Characters>872</Characters>
  <Application>Microsoft Office Word</Application>
  <DocSecurity>0</DocSecurity>
  <Lines>23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Jakub Kurowski</cp:lastModifiedBy>
  <cp:revision>4</cp:revision>
  <cp:lastPrinted>2025-08-07T20:25:00Z</cp:lastPrinted>
  <dcterms:created xsi:type="dcterms:W3CDTF">2026-07-28T10:11:00Z</dcterms:created>
  <dcterms:modified xsi:type="dcterms:W3CDTF">2026-07-31T07:35:00Z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0x0101005444560460B50140A358454910EF005B</vt:lpwstr>
  </property>
  <property fmtid="{D5CDD505-2E9C-101B-9397-08002B2CF9AE}" pid="3" name="MediaServiceImageTags">
    <vt:lpwstr/>
  </property>
</Properties>
</file>